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BF4BB" w14:textId="77777777" w:rsidR="00B81A8F" w:rsidRDefault="00DF2CA9">
      <w:pPr>
        <w:pStyle w:val="Heading1"/>
      </w:pPr>
      <w:r>
        <w:t>Parent Complaint Form</w:t>
      </w:r>
    </w:p>
    <w:p w14:paraId="112A14C1" w14:textId="4B7E1C77" w:rsidR="00B81A8F" w:rsidRDefault="00B81A8F"/>
    <w:p w14:paraId="0A91707E" w14:textId="758F236E" w:rsidR="00DF2CA9" w:rsidRDefault="00DF2CA9">
      <w:r>
        <w:t>We aim to provide the highest possible standard of education and care for all pupils. This form should be used if you wish to raise a formal complaint, in line with the school’s Complaints Policy</w:t>
      </w:r>
      <w:r w:rsidR="00A82F37">
        <w:t>; which you can find on the school website:</w:t>
      </w:r>
      <w:r>
        <w:t xml:space="preserve"> </w:t>
      </w:r>
      <w:hyperlink r:id="rId11" w:history="1">
        <w:r w:rsidRPr="0095623F">
          <w:rPr>
            <w:rStyle w:val="Hyperlink"/>
          </w:rPr>
          <w:t>www.castletiverton.school</w:t>
        </w:r>
      </w:hyperlink>
    </w:p>
    <w:p w14:paraId="7658E239" w14:textId="77777777" w:rsidR="00B81A8F" w:rsidRDefault="263457CE">
      <w:pPr>
        <w:pStyle w:val="Heading2"/>
      </w:pPr>
      <w:r>
        <w:t>1. Parent / Carer Details</w:t>
      </w:r>
    </w:p>
    <w:p w14:paraId="5C79DFCC" w14:textId="77777777" w:rsidR="00B81A8F" w:rsidRDefault="00DF2CA9">
      <w:r>
        <w:t>Full Name: _______________________________________</w:t>
      </w:r>
    </w:p>
    <w:p w14:paraId="148CD2E1" w14:textId="77777777" w:rsidR="00B81A8F" w:rsidRDefault="00DF2CA9">
      <w:r>
        <w:t xml:space="preserve">Relationship </w:t>
      </w:r>
      <w:proofErr w:type="gramStart"/>
      <w:r>
        <w:t>to</w:t>
      </w:r>
      <w:proofErr w:type="gramEnd"/>
      <w:r>
        <w:t xml:space="preserve"> Child: ☐ Parent   ☐ Carer   ☐ Other: ___________________</w:t>
      </w:r>
    </w:p>
    <w:p w14:paraId="385E5CC6" w14:textId="77777777" w:rsidR="00B81A8F" w:rsidRDefault="00DF2CA9">
      <w:r>
        <w:t>Address:</w:t>
      </w:r>
    </w:p>
    <w:p w14:paraId="68D50673" w14:textId="614BBF17" w:rsidR="00B81A8F" w:rsidRDefault="00DF2CA9">
      <w:r>
        <w:t>_______________________________________</w:t>
      </w:r>
      <w:r w:rsidR="00D4461A">
        <w:t xml:space="preserve">               </w:t>
      </w:r>
      <w:r w:rsidR="00956DFD">
        <w:tab/>
      </w:r>
      <w:r>
        <w:t>Postcode: ___________________</w:t>
      </w:r>
    </w:p>
    <w:p w14:paraId="258C549E" w14:textId="70206C02" w:rsidR="263457CE" w:rsidRDefault="00DF2CA9" w:rsidP="00391ABE">
      <w:r>
        <w:t>Telephone Number: _____________________</w:t>
      </w:r>
      <w:r w:rsidR="00D4461A">
        <w:t xml:space="preserve">           </w:t>
      </w:r>
      <w:r w:rsidR="00956DFD">
        <w:tab/>
      </w:r>
      <w:r w:rsidR="263457CE">
        <w:t>Email Address: _________________________</w:t>
      </w:r>
    </w:p>
    <w:p w14:paraId="0C9F8E62" w14:textId="0F4F20F5" w:rsidR="00956DFD" w:rsidRDefault="00DF2CA9" w:rsidP="00391ABE">
      <w:pPr>
        <w:pStyle w:val="Heading2"/>
      </w:pPr>
      <w:r>
        <w:t>2. Pupil Details</w:t>
      </w:r>
    </w:p>
    <w:p w14:paraId="1B33C3A0" w14:textId="26DC8961" w:rsidR="263457CE" w:rsidRDefault="00DF2CA9" w:rsidP="00391ABE">
      <w:r>
        <w:t>Child’s Full Name: _______________________</w:t>
      </w:r>
      <w:r w:rsidR="00956DFD">
        <w:t xml:space="preserve">       </w:t>
      </w:r>
      <w:r w:rsidR="00956DFD">
        <w:tab/>
        <w:t xml:space="preserve"> </w:t>
      </w:r>
      <w:r w:rsidR="263457CE">
        <w:t>Class / Year Group: ______________________</w:t>
      </w:r>
    </w:p>
    <w:p w14:paraId="2549376C" w14:textId="77777777" w:rsidR="00391ABE" w:rsidRDefault="00391ABE" w:rsidP="00391ABE"/>
    <w:p w14:paraId="460122EB" w14:textId="77777777" w:rsidR="00B81A8F" w:rsidRDefault="00DF2CA9">
      <w:pPr>
        <w:pStyle w:val="Heading2"/>
      </w:pPr>
      <w:r>
        <w:t>3. Details of the Complaint</w:t>
      </w:r>
    </w:p>
    <w:p w14:paraId="334608AD" w14:textId="77777777" w:rsidR="00B81A8F" w:rsidRDefault="00DF2CA9">
      <w:r>
        <w:t>Please include relevant dates, times, locations, names of staff involved, and any actions already taken.</w:t>
      </w:r>
    </w:p>
    <w:p w14:paraId="28977C73" w14:textId="77777777" w:rsidR="00B81A8F" w:rsidRDefault="00DF2CA9">
      <w:r>
        <w:t>____________________________________________________________</w:t>
      </w:r>
    </w:p>
    <w:p w14:paraId="0E4679E3" w14:textId="77777777" w:rsidR="00B81A8F" w:rsidRDefault="00DF2CA9">
      <w:r>
        <w:t>____________________________________________________________</w:t>
      </w:r>
    </w:p>
    <w:p w14:paraId="7623152B" w14:textId="77777777" w:rsidR="00B81A8F" w:rsidRDefault="00DF2CA9">
      <w:r>
        <w:t>____________________________________________________________</w:t>
      </w:r>
    </w:p>
    <w:p w14:paraId="099560DF" w14:textId="77777777" w:rsidR="00B81A8F" w:rsidRDefault="00DF2CA9">
      <w:r>
        <w:t>____________________________________________________________</w:t>
      </w:r>
    </w:p>
    <w:p w14:paraId="68FB96CE" w14:textId="555D1CA3" w:rsidR="00A82F37" w:rsidRDefault="00DF2CA9" w:rsidP="00391ABE">
      <w:r>
        <w:t>____________________________________________________________</w:t>
      </w:r>
    </w:p>
    <w:p w14:paraId="1D268B53" w14:textId="77777777" w:rsidR="00391ABE" w:rsidRDefault="00391ABE" w:rsidP="00391ABE"/>
    <w:p w14:paraId="31890523" w14:textId="17CB2FF5" w:rsidR="00B81A8F" w:rsidRDefault="00DF2CA9">
      <w:pPr>
        <w:pStyle w:val="Heading2"/>
      </w:pPr>
      <w:r>
        <w:lastRenderedPageBreak/>
        <w:t>4. Previous Action Taken</w:t>
      </w:r>
    </w:p>
    <w:p w14:paraId="201EE6F4" w14:textId="77777777" w:rsidR="00B81A8F" w:rsidRDefault="00DF2CA9">
      <w:r>
        <w:t>Have you already raised this concern informally?   ☐ Yes   ☐ No</w:t>
      </w:r>
    </w:p>
    <w:p w14:paraId="50E13251" w14:textId="7AB722C9" w:rsidR="00B81A8F" w:rsidRDefault="00DF2CA9">
      <w:r>
        <w:t>Who you spoke to: _______________________</w:t>
      </w:r>
      <w:r w:rsidR="00956DFD">
        <w:tab/>
      </w:r>
      <w:r>
        <w:t>When: _________________________________</w:t>
      </w:r>
    </w:p>
    <w:p w14:paraId="2E42E6F8" w14:textId="32F99C50" w:rsidR="00391ABE" w:rsidRDefault="00DF2CA9">
      <w:r>
        <w:t>Outcome (if any):</w:t>
      </w:r>
      <w:r w:rsidR="000F6AE3">
        <w:t xml:space="preserve">                    </w:t>
      </w:r>
      <w:r>
        <w:t>____________________________________________________________</w:t>
      </w:r>
    </w:p>
    <w:p w14:paraId="4F23BC01" w14:textId="77777777" w:rsidR="00B81A8F" w:rsidRDefault="00DF2CA9">
      <w:pPr>
        <w:pStyle w:val="Heading2"/>
      </w:pPr>
      <w:r>
        <w:t>5. Desired Outcome</w:t>
      </w:r>
    </w:p>
    <w:p w14:paraId="05CD77D9" w14:textId="77777777" w:rsidR="00B81A8F" w:rsidRDefault="00DF2CA9">
      <w:r>
        <w:t>What outcome are you seeking?</w:t>
      </w:r>
    </w:p>
    <w:p w14:paraId="48E3440C" w14:textId="77777777" w:rsidR="00B81A8F" w:rsidRDefault="00DF2CA9">
      <w:r>
        <w:t>____________________________________________________________</w:t>
      </w:r>
    </w:p>
    <w:p w14:paraId="00E51927" w14:textId="77777777" w:rsidR="00B81A8F" w:rsidRDefault="00DF2CA9">
      <w:r>
        <w:t>____________________________________________________________</w:t>
      </w:r>
    </w:p>
    <w:p w14:paraId="242CA89C" w14:textId="0782761B" w:rsidR="00391ABE" w:rsidRDefault="00DF2CA9">
      <w:r>
        <w:t>____________________________________________________________</w:t>
      </w:r>
    </w:p>
    <w:p w14:paraId="16E9B580" w14:textId="77777777" w:rsidR="00B81A8F" w:rsidRDefault="00DF2CA9">
      <w:pPr>
        <w:pStyle w:val="Heading2"/>
      </w:pPr>
      <w:r>
        <w:t>6. Supporting Evidence (if applicable)</w:t>
      </w:r>
    </w:p>
    <w:p w14:paraId="0DCC8CFB" w14:textId="77777777" w:rsidR="00B81A8F" w:rsidRDefault="00DF2CA9">
      <w:r>
        <w:t>Please list any documents you are attaching:</w:t>
      </w:r>
    </w:p>
    <w:p w14:paraId="4AA244E5" w14:textId="77777777" w:rsidR="00B81A8F" w:rsidRDefault="00DF2CA9">
      <w:r>
        <w:t>____________________________________________________________</w:t>
      </w:r>
    </w:p>
    <w:p w14:paraId="205394B1" w14:textId="1411BCBE" w:rsidR="00391ABE" w:rsidRDefault="00DF2CA9">
      <w:r>
        <w:t>____________________________________________________________</w:t>
      </w:r>
    </w:p>
    <w:p w14:paraId="0FB4DCD7" w14:textId="77777777" w:rsidR="00B81A8F" w:rsidRDefault="00DF2CA9">
      <w:pPr>
        <w:pStyle w:val="Heading2"/>
      </w:pPr>
      <w:r>
        <w:t>7. Declaration</w:t>
      </w:r>
    </w:p>
    <w:p w14:paraId="6A84A09F" w14:textId="77777777" w:rsidR="00B81A8F" w:rsidRDefault="00DF2CA9">
      <w:r>
        <w:t>I confirm that the information provided in this form is accurate to the best of my knowledge.</w:t>
      </w:r>
    </w:p>
    <w:p w14:paraId="29F3C2EA" w14:textId="77777777" w:rsidR="009A5278" w:rsidRDefault="00DF2CA9">
      <w:r>
        <w:t>Signature: _____________________________</w:t>
      </w:r>
      <w:r w:rsidR="000F6AE3">
        <w:t xml:space="preserve"> </w:t>
      </w:r>
      <w:r>
        <w:t>Print Name: ___________________________</w:t>
      </w:r>
    </w:p>
    <w:p w14:paraId="6BCA7181" w14:textId="07BE4899" w:rsidR="00B81A8F" w:rsidRDefault="00DF2CA9">
      <w:r>
        <w:t>Date: _________________________________</w:t>
      </w:r>
    </w:p>
    <w:p w14:paraId="77E62B45" w14:textId="77777777" w:rsidR="00B81A8F" w:rsidRDefault="00DF2CA9">
      <w:pPr>
        <w:pStyle w:val="Heading2"/>
      </w:pPr>
      <w:r>
        <w:t>8. Submitting the Form</w:t>
      </w:r>
    </w:p>
    <w:p w14:paraId="06D0C341" w14:textId="0866B229" w:rsidR="00B81A8F" w:rsidRDefault="00DF2CA9">
      <w:r>
        <w:t>Please return the completed form to:</w:t>
      </w:r>
      <w:r>
        <w:br/>
      </w:r>
      <w:r w:rsidR="009A5278">
        <w:t>Clerk to Governors</w:t>
      </w:r>
      <w:r>
        <w:br/>
        <w:t xml:space="preserve">Email: </w:t>
      </w:r>
      <w:proofErr w:type="spellStart"/>
      <w:r w:rsidR="009A5278">
        <w:t>admin@castletiverton.school</w:t>
      </w:r>
      <w:proofErr w:type="spellEnd"/>
      <w:r>
        <w:br/>
        <w:t>Address:</w:t>
      </w:r>
      <w:r w:rsidR="009A5278">
        <w:t xml:space="preserve"> Barrington St, Tiverton, Devon, EX16 6QR</w:t>
      </w:r>
    </w:p>
    <w:p w14:paraId="46D1A250" w14:textId="77777777" w:rsidR="00A752D8" w:rsidRDefault="00A752D8">
      <w:pPr>
        <w:pStyle w:val="Heading2"/>
      </w:pPr>
    </w:p>
    <w:p w14:paraId="56B28B89" w14:textId="1F7AD888" w:rsidR="00B81A8F" w:rsidRDefault="00DF2CA9">
      <w:pPr>
        <w:pStyle w:val="Heading2"/>
      </w:pPr>
      <w:r>
        <w:t>What Happens Next</w:t>
      </w:r>
    </w:p>
    <w:p w14:paraId="172B671F" w14:textId="77777777" w:rsidR="00B81A8F" w:rsidRDefault="00DF2CA9">
      <w:r>
        <w:t xml:space="preserve">- The school will acknowledge your complaint within 5 </w:t>
      </w:r>
      <w:proofErr w:type="gramStart"/>
      <w:r>
        <w:t>school working</w:t>
      </w:r>
      <w:proofErr w:type="gramEnd"/>
      <w:r>
        <w:t xml:space="preserve"> days</w:t>
      </w:r>
      <w:r>
        <w:br/>
        <w:t>- A full response will be provided in line with the Complaints Policy</w:t>
      </w:r>
    </w:p>
    <w:sectPr w:rsidR="00B81A8F" w:rsidSect="00034616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744C" w14:textId="77777777" w:rsidR="00391ABE" w:rsidRDefault="00391ABE" w:rsidP="00391ABE">
      <w:pPr>
        <w:spacing w:after="0" w:line="240" w:lineRule="auto"/>
      </w:pPr>
      <w:r>
        <w:separator/>
      </w:r>
    </w:p>
  </w:endnote>
  <w:endnote w:type="continuationSeparator" w:id="0">
    <w:p w14:paraId="2DD6BE1C" w14:textId="77777777" w:rsidR="00391ABE" w:rsidRDefault="00391ABE" w:rsidP="00391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D2874" w14:textId="77777777" w:rsidR="00391ABE" w:rsidRDefault="00391ABE" w:rsidP="00391ABE">
      <w:pPr>
        <w:spacing w:after="0" w:line="240" w:lineRule="auto"/>
      </w:pPr>
      <w:r>
        <w:separator/>
      </w:r>
    </w:p>
  </w:footnote>
  <w:footnote w:type="continuationSeparator" w:id="0">
    <w:p w14:paraId="16BE29EC" w14:textId="77777777" w:rsidR="00391ABE" w:rsidRDefault="00391ABE" w:rsidP="00391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84B6B" w14:textId="77777777" w:rsidR="00391ABE" w:rsidRDefault="00391ABE" w:rsidP="00391ABE">
    <w:pPr>
      <w:spacing w:after="0"/>
      <w:jc w:val="right"/>
    </w:pPr>
    <w:r w:rsidRPr="00107FA6">
      <w:rPr>
        <w:noProof/>
        <w:color w:val="006600"/>
        <w:lang w:eastAsia="en-GB"/>
      </w:rPr>
      <w:drawing>
        <wp:anchor distT="0" distB="0" distL="114300" distR="114300" simplePos="0" relativeHeight="251659264" behindDoc="0" locked="0" layoutInCell="1" allowOverlap="1" wp14:anchorId="06729A85" wp14:editId="44CEAFDD">
          <wp:simplePos x="0" y="0"/>
          <wp:positionH relativeFrom="margin">
            <wp:posOffset>421640</wp:posOffset>
          </wp:positionH>
          <wp:positionV relativeFrom="paragraph">
            <wp:posOffset>-78740</wp:posOffset>
          </wp:positionV>
          <wp:extent cx="1221740" cy="866775"/>
          <wp:effectExtent l="0" t="0" r="0" b="9525"/>
          <wp:wrapSquare wrapText="bothSides"/>
          <wp:docPr id="1" name="Picture 1" descr="C:\Users\jhutter\AppData\Local\Microsoft\Windows\Temporary Internet Files\Content.Word\Castle Primary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Users\jhutter\AppData\Local\Microsoft\Windows\Temporary Internet Files\Content.Word\Castle Prima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Barrington Street, Tiverton, Devon EX16 6QR.</w:t>
    </w:r>
  </w:p>
  <w:p w14:paraId="440235B7" w14:textId="77777777" w:rsidR="00391ABE" w:rsidRDefault="00391ABE" w:rsidP="00391ABE">
    <w:pPr>
      <w:tabs>
        <w:tab w:val="left" w:pos="5025"/>
        <w:tab w:val="right" w:pos="7449"/>
      </w:tabs>
      <w:spacing w:after="0"/>
      <w:jc w:val="right"/>
    </w:pPr>
    <w:r>
      <w:tab/>
    </w:r>
    <w:r>
      <w:tab/>
      <w:t xml:space="preserve">Telephone: 01884 253398 </w:t>
    </w:r>
  </w:p>
  <w:p w14:paraId="23D39243" w14:textId="77777777" w:rsidR="00391ABE" w:rsidRPr="006C38E3" w:rsidRDefault="00391ABE" w:rsidP="00391ABE">
    <w:pPr>
      <w:spacing w:after="0"/>
      <w:jc w:val="right"/>
      <w:rPr>
        <w:sz w:val="20"/>
        <w:szCs w:val="20"/>
      </w:rPr>
    </w:pPr>
    <w:r>
      <w:t>email</w:t>
    </w:r>
    <w:r w:rsidRPr="006C38E3">
      <w:rPr>
        <w:sz w:val="20"/>
        <w:szCs w:val="20"/>
      </w:rPr>
      <w:t xml:space="preserve">: </w:t>
    </w:r>
    <w:hyperlink r:id="rId2" w:history="1">
      <w:r w:rsidRPr="006C38E3">
        <w:rPr>
          <w:rStyle w:val="Hyperlink"/>
          <w:sz w:val="20"/>
          <w:szCs w:val="20"/>
        </w:rPr>
        <w:t>admin@castletiverton.school</w:t>
      </w:r>
    </w:hyperlink>
  </w:p>
  <w:p w14:paraId="069ED395" w14:textId="6CA4B4F4" w:rsidR="00391ABE" w:rsidRPr="00A86620" w:rsidRDefault="00391ABE" w:rsidP="00391ABE">
    <w:pPr>
      <w:spacing w:after="0"/>
      <w:jc w:val="right"/>
      <w:rPr>
        <w:sz w:val="20"/>
        <w:szCs w:val="20"/>
      </w:rPr>
    </w:pPr>
    <w:hyperlink r:id="rId3" w:history="1">
      <w:r w:rsidRPr="00BB17CE">
        <w:rPr>
          <w:rStyle w:val="Hyperlink"/>
          <w:sz w:val="20"/>
          <w:szCs w:val="20"/>
        </w:rPr>
        <w:t>www.castletiverton.</w:t>
      </w:r>
      <w:r w:rsidRPr="00BB17CE">
        <w:rPr>
          <w:rStyle w:val="Hyperlink"/>
          <w:sz w:val="20"/>
          <w:szCs w:val="20"/>
        </w:rPr>
        <w:t>school</w:t>
      </w:r>
    </w:hyperlink>
    <w:r>
      <w:rPr>
        <w:sz w:val="20"/>
        <w:szCs w:val="20"/>
      </w:rPr>
      <w:t xml:space="preserve"> </w:t>
    </w:r>
  </w:p>
  <w:p w14:paraId="1627BA4C" w14:textId="77777777" w:rsidR="00391ABE" w:rsidRPr="00AF6F57" w:rsidRDefault="00391ABE" w:rsidP="00391ABE">
    <w:pPr>
      <w:spacing w:after="0"/>
      <w:jc w:val="right"/>
      <w:rPr>
        <w:rFonts w:eastAsia="Times New Roman"/>
        <w:color w:val="0070C0"/>
        <w:sz w:val="20"/>
        <w:szCs w:val="20"/>
      </w:rPr>
    </w:pPr>
    <w:r>
      <w:rPr>
        <w:rFonts w:eastAsia="Times New Roman"/>
        <w:color w:val="0070C0"/>
        <w:sz w:val="20"/>
        <w:szCs w:val="20"/>
      </w:rPr>
      <w:t xml:space="preserve">Facebook: </w:t>
    </w:r>
    <w:r w:rsidRPr="00AF6F57">
      <w:rPr>
        <w:rFonts w:eastAsia="Times New Roman"/>
        <w:color w:val="0070C0"/>
        <w:sz w:val="20"/>
        <w:szCs w:val="20"/>
        <w:u w:val="single"/>
      </w:rPr>
      <w:t>Castle Primary School</w:t>
    </w:r>
  </w:p>
  <w:p w14:paraId="0D22ADCF" w14:textId="2D9E5624" w:rsidR="00391ABE" w:rsidRPr="00391ABE" w:rsidRDefault="00391ABE" w:rsidP="00391ABE">
    <w:pPr>
      <w:tabs>
        <w:tab w:val="left" w:pos="1470"/>
      </w:tabs>
      <w:jc w:val="both"/>
      <w:rPr>
        <w:rFonts w:ascii="Bradley Hand ITC" w:hAnsi="Bradley Hand ITC"/>
        <w:b/>
        <w:bCs/>
        <w:i/>
        <w:color w:val="006600"/>
        <w:sz w:val="24"/>
        <w:szCs w:val="24"/>
      </w:rPr>
    </w:pPr>
    <w:r w:rsidRPr="00107FA6">
      <w:rPr>
        <w:rStyle w:val="Strong"/>
        <w:rFonts w:ascii="Bradley Hand ITC" w:hAnsi="Bradley Hand ITC"/>
        <w:i/>
        <w:color w:val="006600"/>
        <w:sz w:val="24"/>
        <w:szCs w:val="24"/>
      </w:rPr>
      <w:t>Adventure together, learn forever</w:t>
    </w:r>
    <w:r>
      <w:rPr>
        <w:rStyle w:val="Strong"/>
        <w:rFonts w:ascii="Bradley Hand ITC" w:hAnsi="Bradley Hand ITC"/>
        <w:i/>
        <w:color w:val="006600"/>
        <w:sz w:val="24"/>
        <w:szCs w:val="24"/>
      </w:rPr>
      <w:t xml:space="preserve">                 </w:t>
    </w:r>
    <w:r>
      <w:rPr>
        <w:rStyle w:val="Strong"/>
        <w:rFonts w:ascii="Bradley Hand ITC" w:hAnsi="Bradley Hand ITC"/>
        <w:i/>
        <w:color w:val="006600"/>
        <w:sz w:val="24"/>
        <w:szCs w:val="24"/>
      </w:rPr>
      <w:tab/>
    </w:r>
    <w:r>
      <w:rPr>
        <w:rStyle w:val="Strong"/>
        <w:rFonts w:ascii="Bradley Hand ITC" w:hAnsi="Bradley Hand ITC"/>
        <w:i/>
        <w:color w:val="006600"/>
        <w:sz w:val="24"/>
        <w:szCs w:val="24"/>
      </w:rPr>
      <w:tab/>
    </w:r>
    <w:r>
      <w:rPr>
        <w:rStyle w:val="Strong"/>
        <w:rFonts w:ascii="Bradley Hand ITC" w:hAnsi="Bradley Hand ITC"/>
        <w:i/>
        <w:color w:val="006600"/>
        <w:sz w:val="24"/>
        <w:szCs w:val="24"/>
      </w:rPr>
      <w:tab/>
    </w:r>
    <w:r>
      <w:rPr>
        <w:rStyle w:val="Strong"/>
        <w:rFonts w:ascii="Bradley Hand ITC" w:hAnsi="Bradley Hand ITC"/>
        <w:i/>
        <w:color w:val="006600"/>
        <w:sz w:val="24"/>
        <w:szCs w:val="24"/>
      </w:rPr>
      <w:t xml:space="preserve"> </w:t>
    </w:r>
    <w:proofErr w:type="spellStart"/>
    <w:r>
      <w:rPr>
        <w:rFonts w:eastAsia="Times New Roman"/>
      </w:rPr>
      <w:t>Mr</w:t>
    </w:r>
    <w:proofErr w:type="spellEnd"/>
    <w:r>
      <w:rPr>
        <w:rFonts w:eastAsia="Times New Roman"/>
      </w:rPr>
      <w:t xml:space="preserve"> T Paddon</w:t>
    </w:r>
    <w:r w:rsidRPr="006C38E3">
      <w:t xml:space="preserve"> (Head Teacher)</w:t>
    </w:r>
  </w:p>
  <w:p w14:paraId="37B6D489" w14:textId="77777777" w:rsidR="00391ABE" w:rsidRDefault="00391A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9806628">
    <w:abstractNumId w:val="8"/>
  </w:num>
  <w:num w:numId="2" w16cid:durableId="801844770">
    <w:abstractNumId w:val="6"/>
  </w:num>
  <w:num w:numId="3" w16cid:durableId="910385274">
    <w:abstractNumId w:val="5"/>
  </w:num>
  <w:num w:numId="4" w16cid:durableId="1607154956">
    <w:abstractNumId w:val="4"/>
  </w:num>
  <w:num w:numId="5" w16cid:durableId="1812598231">
    <w:abstractNumId w:val="7"/>
  </w:num>
  <w:num w:numId="6" w16cid:durableId="1031998866">
    <w:abstractNumId w:val="3"/>
  </w:num>
  <w:num w:numId="7" w16cid:durableId="157354236">
    <w:abstractNumId w:val="2"/>
  </w:num>
  <w:num w:numId="8" w16cid:durableId="867379386">
    <w:abstractNumId w:val="1"/>
  </w:num>
  <w:num w:numId="9" w16cid:durableId="190455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623"/>
    <w:rsid w:val="000F1C4A"/>
    <w:rsid w:val="000F6AE3"/>
    <w:rsid w:val="0015074B"/>
    <w:rsid w:val="0029639D"/>
    <w:rsid w:val="00296839"/>
    <w:rsid w:val="00326F90"/>
    <w:rsid w:val="00391ABE"/>
    <w:rsid w:val="006127BB"/>
    <w:rsid w:val="008C6085"/>
    <w:rsid w:val="00956DFD"/>
    <w:rsid w:val="009A5278"/>
    <w:rsid w:val="00A752D8"/>
    <w:rsid w:val="00A82F37"/>
    <w:rsid w:val="00AA1D8D"/>
    <w:rsid w:val="00B47730"/>
    <w:rsid w:val="00B81A8F"/>
    <w:rsid w:val="00CB0664"/>
    <w:rsid w:val="00D4461A"/>
    <w:rsid w:val="00DF2CA9"/>
    <w:rsid w:val="00FC693F"/>
    <w:rsid w:val="263457CE"/>
    <w:rsid w:val="77D1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4062061"/>
  <w14:defaultImageDpi w14:val="300"/>
  <w15:docId w15:val="{F6E2F25B-FCF9-4721-BF5A-777DFC01E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F2C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astletiverton.schoo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stletiverton.school" TargetMode="External"/><Relationship Id="rId2" Type="http://schemas.openxmlformats.org/officeDocument/2006/relationships/hyperlink" Target="mailto:admin@castletiverton.schoo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9aa7a1-61d6-4bb4-979f-c898a414bfbd">
      <Terms xmlns="http://schemas.microsoft.com/office/infopath/2007/PartnerControls"/>
    </lcf76f155ced4ddcb4097134ff3c332f>
    <TaxCatchAll xmlns="b47f936e-4879-4c96-82a4-8e3ed9fa69e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7BF22CF43A5341B2C29C9E57BB83AA" ma:contentTypeVersion="12" ma:contentTypeDescription="Create a new document." ma:contentTypeScope="" ma:versionID="77de5572fc9cfbb94f7b0ebb486b8ab0">
  <xsd:schema xmlns:xsd="http://www.w3.org/2001/XMLSchema" xmlns:xs="http://www.w3.org/2001/XMLSchema" xmlns:p="http://schemas.microsoft.com/office/2006/metadata/properties" xmlns:ns2="9b9aa7a1-61d6-4bb4-979f-c898a414bfbd" xmlns:ns3="b47f936e-4879-4c96-82a4-8e3ed9fa69eb" targetNamespace="http://schemas.microsoft.com/office/2006/metadata/properties" ma:root="true" ma:fieldsID="9d4c61decdf04e40835d6e0e91e03c09" ns2:_="" ns3:_="">
    <xsd:import namespace="9b9aa7a1-61d6-4bb4-979f-c898a414bfbd"/>
    <xsd:import namespace="b47f936e-4879-4c96-82a4-8e3ed9fa6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aa7a1-61d6-4bb4-979f-c898a414b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fdf9ae-31ff-4af1-8b00-a27b3a09f8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f936e-4879-4c96-82a4-8e3ed9fa69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d88890-a0c0-41f1-8aa3-5b064f0258a4}" ma:internalName="TaxCatchAll" ma:showField="CatchAllData" ma:web="b47f936e-4879-4c96-82a4-8e3ed9fa69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18E429-5712-468E-BF87-BEAC2178FE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513DFB-4036-4BD6-BB7E-7D336178D6FA}">
  <ds:schemaRefs>
    <ds:schemaRef ds:uri="http://schemas.microsoft.com/office/2006/metadata/properties"/>
    <ds:schemaRef ds:uri="http://schemas.microsoft.com/office/infopath/2007/PartnerControls"/>
    <ds:schemaRef ds:uri="9b9aa7a1-61d6-4bb4-979f-c898a414bfbd"/>
    <ds:schemaRef ds:uri="b47f936e-4879-4c96-82a4-8e3ed9fa69eb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012565-ED00-455F-A9B9-A2E25FB8F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9aa7a1-61d6-4bb4-979f-c898a414bfbd"/>
    <ds:schemaRef ds:uri="b47f936e-4879-4c96-82a4-8e3ed9fa69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2056</Characters>
  <Application>Microsoft Office Word</Application>
  <DocSecurity>4</DocSecurity>
  <Lines>68</Lines>
  <Paragraphs>42</Paragraphs>
  <ScaleCrop>false</ScaleCrop>
  <Manager/>
  <Company/>
  <LinksUpToDate>false</LinksUpToDate>
  <CharactersWithSpaces>2445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Kathryn Tremlett</cp:lastModifiedBy>
  <cp:revision>2</cp:revision>
  <dcterms:created xsi:type="dcterms:W3CDTF">2026-04-02T14:03:00Z</dcterms:created>
  <dcterms:modified xsi:type="dcterms:W3CDTF">2026-04-02T14:03:00Z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0x010100C67BF22CF43A5341B2C29C9E57BB83AA</vt:lpwstr>
  </property>
</Properties>
</file>